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04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Guia de instalação dos </w:t>
      </w:r>
      <w:r>
        <w:rPr>
          <w:rFonts w:ascii="Georgia" w:hAnsi="Georgia"/>
          <w:i/>
          <w:color w:val="0B0B0A"/>
          <w:sz w:val="56"/>
        </w:rPr>
        <w:t>conectores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Instalar, conferir e manter os conectores em cada computador do escritório, e o que fazer quando o SketchUp ou o 3ds Max muda de versão.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Os conectores ligam o app ao 3ds Max e ao SketchUp: é por eles que um bloco entra na cena, um material vai para a peça e um HDRI vira a luz. Funcionam com o app aberto. Cada versão do SketchUp recebe a sua extensão: quem instala o SketchUp 2026 ao lado do 2025 precisa instalar de novo. Depois de instalar uma versão nova de qualquer um dos dois, confira o painel Conectores.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Este guia é para quem configura o computador, o seu ou os do escritório. Na última página fica o registro das máquinas, para saber o que está instalado em cada uma.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Compatibilidade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1687"/>
        <w:gridCol w:w="3132"/>
        <w:gridCol w:w="4819"/>
      </w:tblGrid>
      <w:tr>
        <w:trPr>
          <w:tblHeader w:val="true"/>
        </w:trPr>
        <w:tc>
          <w:tcPr>
            <w:tcW w:type="dxa" w:w="168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PROGRAMA</w:t>
            </w:r>
          </w:p>
        </w:tc>
        <w:tc>
          <w:tcPr>
            <w:tcW w:type="dxa" w:w="313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VERSÕES</w:t>
            </w:r>
          </w:p>
        </w:tc>
        <w:tc>
          <w:tcPr>
            <w:tcW w:type="dxa" w:w="481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OBSERVAÇÕES</w:t>
            </w:r>
          </w:p>
        </w:tc>
      </w:tr>
      <w:tr>
        <w:trPr>
          <w:cantSplit/>
        </w:trPr>
        <w:tc>
          <w:tcPr>
            <w:tcW w:type="dxa" w:w="1687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3ds Max</w:t>
            </w:r>
          </w:p>
        </w:tc>
        <w:tc>
          <w:tcPr>
            <w:tcW w:type="dxa" w:w="313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2022 a 2027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O 2021 não é coberto pelo conector. Motores: Corona 7 ou mais novo e V-Ray 5 Update 1 ou mais novo.</w:t>
            </w:r>
          </w:p>
        </w:tc>
      </w:tr>
      <w:tr>
        <w:trPr>
          <w:cantSplit/>
        </w:trPr>
        <w:tc>
          <w:tcPr>
            <w:tcW w:type="dxa" w:w="1687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SketchUp</w:t>
            </w:r>
          </w:p>
        </w:tc>
        <w:tc>
          <w:tcPr>
            <w:tcW w:type="dxa" w:w="3132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Todas as versões instaladas no computador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Material em PBR nativo e HDRI nativo exigem o SketchUp 2025 ou mais novo. O motor V-Ray exige o V-Ray for SketchUp instalado.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Quando instalar ou reinstalar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Computador novo ou formatado, depois de instalar o app pela Microsoft Store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Versão nova do SketchUp ou do 3ds Max instalada (cada versão aparece numa linha do painel)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Programa reinstalado ou reparado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O app pede para atualizar a extensão, ou o SketchUp avisa que a extensão é antiga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Passo a passo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01   </w:t>
      </w:r>
      <w:r>
        <w:rPr>
          <w:rFonts w:ascii="Arial" w:hAnsi="Arial"/>
          <w:b/>
          <w:sz w:val="23"/>
        </w:rPr>
        <w:t>Prepare o computador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Salve o trabalho e feche o 3ds Max e o SketchUp. Se o SketchUp nunca foi aberto neste computador, abra uma vez e feche: é o que cria a pasta de extensões.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02   </w:t>
      </w:r>
      <w:r>
        <w:rPr>
          <w:rFonts w:ascii="Arial" w:hAnsi="Arial"/>
          <w:b/>
          <w:sz w:val="23"/>
        </w:rPr>
        <w:t>Abra o painel Conectores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No app, clique no avatar no canto superior direito (Sua conta), abra Ajustes e vá até Sistema e conectores. O painel Conectores mostra uma linha para o 3ds Max e outra para o SketchUp, com as versões encontradas.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03   </w:t>
      </w:r>
      <w:r>
        <w:rPr>
          <w:rFonts w:ascii="Arial" w:hAnsi="Arial"/>
          <w:b/>
          <w:sz w:val="23"/>
        </w:rPr>
        <w:t>Instale o conector do 3ds Max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Se a linha disser "Falta instalar no 3ds Max …", clique em Instalar conector. No fim aparece "Conector instalado no 3ds Max …. Reinicie o Max para concluir."</w:t>
      </w:r>
    </w:p>
    <w:p>
      <w:pPr>
        <w:pStyle w:val="ListBullet"/>
        <w:spacing w:after="40"/>
        <w:ind w:left="907"/>
      </w:pPr>
      <w:r>
        <w:rPr>
          <w:rFonts w:ascii="Arial" w:hAnsi="Arial"/>
          <w:color w:val="5E5D57"/>
          <w:sz w:val="19"/>
        </w:rPr>
        <w:t>"Conector ativo no 3ds Max …. Não há nada a fazer.": já está pronto.</w:t>
      </w:r>
    </w:p>
    <w:p>
      <w:pPr>
        <w:pStyle w:val="ListBullet"/>
        <w:spacing w:after="40"/>
        <w:ind w:left="907"/>
      </w:pPr>
      <w:r>
        <w:rPr>
          <w:rFonts w:ascii="Arial" w:hAnsi="Arial"/>
          <w:color w:val="5E5D57"/>
          <w:sz w:val="19"/>
        </w:rPr>
        <w:t>"O conector não cobre o 3ds Max … encontrado aqui": a versão está fora da faixa de 2022 a 2027.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04   </w:t>
      </w:r>
      <w:r>
        <w:rPr>
          <w:rFonts w:ascii="Arial" w:hAnsi="Arial"/>
          <w:b/>
          <w:sz w:val="23"/>
        </w:rPr>
        <w:t>Instale a extensão do SketchUp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Na linha do SketchUp, clique em Instalar extensão. No fim aparece "Extensão instalada no SketchUp …. Reinicie o SketchUp para concluir."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05   </w:t>
      </w:r>
      <w:r>
        <w:rPr>
          <w:rFonts w:ascii="Arial" w:hAnsi="Arial"/>
          <w:b/>
          <w:sz w:val="23"/>
        </w:rPr>
        <w:t>Confira no SketchUp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Com o app aberto, vá em Extensões › FLUIO. › Status da conexao. A janela deve dizer "Conectado ao app FLUIO." e se o V-Ray está presente. O mesmo menu tem Reconectar agora. A barra FLUIO. traz os blocos dinâmicos da Modelagem.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06   </w:t>
      </w:r>
      <w:r>
        <w:rPr>
          <w:rFonts w:ascii="Arial" w:hAnsi="Arial"/>
          <w:b/>
          <w:sz w:val="23"/>
        </w:rPr>
        <w:t>Confira no 3ds Max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No 3ds Max o conector trabalha em segundo plano, sem menu. Para testar, abra uma cena, escolha um bloco no app e clique em Inserir no 3ds Max: o app pergunta o motor (Corona ou V-Ray). Com o Max fechado, o app abre a versão mais nova instalada e espera o conector.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07   </w:t>
      </w:r>
      <w:r>
        <w:rPr>
          <w:rFonts w:ascii="Arial" w:hAnsi="Arial"/>
          <w:b/>
          <w:sz w:val="23"/>
        </w:rPr>
        <w:t>Faça o teste de ida e volta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Insira um bloco, aplique um material numa peça e um HDRI. No SketchUp, escolha um material com o conta-gotas do painel Materiais: o app abre a ficha dele. Se tudo isso funcionou, anote a máquina no registro.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Problemas comuns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MENSAGEM NO APP</w:t>
            </w:r>
          </w:p>
        </w:tc>
        <w:tc>
          <w:tcPr>
            <w:tcW w:type="dxa" w:w="481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FAZER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"O SketchUp não está conectado. Abra o SketchUp e tente de novo."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Abra o SketchUp com o app aberto. Se continuar, use Extensões › FLUIO. › Reconectar agora.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Aviso de extensão antiga nesta janela do SketchUp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Feche e abra o SketchUp para carregar a extensão nova.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"O SketchUp não respondeu a tempo."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Feche as janelas e diálogos abertos no SketchUp e tente de novo.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"O 3ds Max está aberto sem o conector ativo."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Feche e abra o 3ds Max. Se continuar, reinstale em Ajustes › Conectores.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"A extensão do Max está na versão …. Atualize …"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Ajustes › Conectores › Instalar conector e reinicie aquela janela do 3ds Max.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"Nenhuma versão do 3ds Max suportada foi encontrada."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O conector cobre o 3ds Max de 2022 a 2027.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"O V-Ray for SketchUp não está instalado nesta versão."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Use o PBR nativo (SketchUp 2025 ou mais novo) ou instale o V-Ray for SketchUp.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Falha de conexão que persiste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Libere o FLUIO. no antivírus e no firewall do computador e reinicie o programa.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Onde os conectores ficam instalados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Para o suporte de TI. O app instala e atualiza esses arquivos; não é preciso copiá-los à mão.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nil"/>
          <w:bottom w:val="single" w:sz="4" w:color="E4E2DB"/>
          <w:right w:val="nil"/>
          <w:insideH w:val="single" w:sz="4" w:color="E4E2DB"/>
          <w:insideV w:val="nil"/>
        </w:tblBorders>
        <w:tblLayout w:type="fixed"/>
        <w:tblCellMar>
          <w:top w:w="70" w:type="dxa"/>
          <w:bottom w:w="70" w:type="dxa"/>
          <w:left w:w="80" w:type="dxa"/>
          <w:right w:w="80" w:type="dxa"/>
        </w:tblCellMar>
      </w:tblPr>
      <w:tblGrid>
        <w:gridCol w:w="1257"/>
        <w:gridCol w:w="4190"/>
        <w:gridCol w:w="4190"/>
      </w:tblGrid>
      <w:tr>
        <w:trPr>
          <w:tblHeader w:val="true"/>
        </w:trPr>
        <w:tc>
          <w:tcPr>
            <w:tcW w:type="dxa" w:w="125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PROGRAMA</w:t>
            </w:r>
          </w:p>
        </w:tc>
        <w:tc>
          <w:tcPr>
            <w:tcW w:type="dxa" w:w="419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APP DA MICROSOFT STORE</w:t>
            </w:r>
          </w:p>
        </w:tc>
        <w:tc>
          <w:tcPr>
            <w:tcW w:type="dxa" w:w="419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INSTALADOR .EXE (ANTIGO)</w:t>
            </w:r>
          </w:p>
        </w:tc>
      </w:tr>
      <w:tr>
        <w:trPr>
          <w:cantSplit/>
        </w:trPr>
        <w:tc>
          <w:tcPr>
            <w:tcW w:type="dxa" w:w="1257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3ds Max</w:t>
            </w:r>
          </w:p>
        </w:tc>
        <w:tc>
          <w:tcPr>
            <w:tcW w:type="dxa" w:w="4190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%ProgramData%\Autodesk\ApplicationPlugins\MaxAppConnector</w:t>
            </w:r>
          </w:p>
        </w:tc>
        <w:tc>
          <w:tcPr>
            <w:tcW w:type="dxa" w:w="4190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%APPDATA%\Autodesk\ApplicationPlugins\MaxAppConnector</w:t>
            </w:r>
          </w:p>
        </w:tc>
      </w:tr>
      <w:tr>
        <w:trPr>
          <w:cantSplit/>
        </w:trPr>
        <w:tc>
          <w:tcPr>
            <w:tcW w:type="dxa" w:w="1257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SketchUp</w:t>
            </w:r>
          </w:p>
        </w:tc>
        <w:tc>
          <w:tcPr>
            <w:tcW w:type="dxa" w:w="4190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%ProgramData%\SketchUp\SketchUp &lt;ano&gt;\SketchUp\Plugins</w:t>
            </w:r>
          </w:p>
        </w:tc>
        <w:tc>
          <w:tcPr>
            <w:tcW w:type="dxa" w:w="4190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%APPDATA%\SketchUp\SketchUp &lt;ano&gt;\SketchUp\Plugins</w:t>
            </w:r>
          </w:p>
        </w:tc>
      </w:tr>
    </w:tbl>
    <w:p>
      <w:pPr>
        <w:spacing w:before="0"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bottom w:w="140" w:type="dxa"/>
          <w:left w:w="200" w:type="dxa"/>
          <w:right w:w="200" w:type="dxa"/>
        </w:tblCellMar>
      </w:tblPr>
      <w:tblGrid>
        <w:gridCol w:w="9638"/>
      </w:tblGrid>
      <w:tr>
        <w:tc>
          <w:tcPr>
            <w:tcW w:type="dxa" w:w="9638"/>
            <w:shd w:val="clear" w:color="auto" w:fill="DFE3D6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Precisa de ajuda? No app, abra Sua conta › Suporte › Abrir ticket. O ticket já leva as versões do computador (3ds Max, SketchUp, V-Ray) e o histórico de erros.</w:t>
            </w:r>
          </w:p>
        </w:tc>
      </w:tr>
    </w:tbl>
    <w:p>
      <w:pPr>
        <w:spacing w:before="0" w:after="12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Registro das máquinas do escritório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computador. Atualize quando entrar uma versão nova de programa: é a lista que diz onde falta instalar.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1332"/>
        <w:gridCol w:w="1254"/>
        <w:gridCol w:w="1332"/>
        <w:gridCol w:w="1254"/>
        <w:gridCol w:w="1332"/>
        <w:gridCol w:w="1175"/>
        <w:gridCol w:w="1019"/>
        <w:gridCol w:w="940"/>
      </w:tblGrid>
      <w:tr>
        <w:trPr>
          <w:tblHeader w:val="true"/>
        </w:trPr>
        <w:tc>
          <w:tcPr>
            <w:tcW w:type="dxa" w:w="133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COMPUTADOR</w:t>
            </w:r>
          </w:p>
        </w:tc>
        <w:tc>
          <w:tcPr>
            <w:tcW w:type="dxa" w:w="125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QUEM USA</w:t>
            </w:r>
          </w:p>
        </w:tc>
        <w:tc>
          <w:tcPr>
            <w:tcW w:type="dxa" w:w="133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3DS MAX (VERSÕES)</w:t>
            </w:r>
          </w:p>
        </w:tc>
        <w:tc>
          <w:tcPr>
            <w:tcW w:type="dxa" w:w="125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MOTOR DO MAX</w:t>
            </w:r>
          </w:p>
        </w:tc>
        <w:tc>
          <w:tcPr>
            <w:tcW w:type="dxa" w:w="133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SKETCHUP (VERSÕES)</w:t>
            </w:r>
          </w:p>
        </w:tc>
        <w:tc>
          <w:tcPr>
            <w:tcW w:type="dxa" w:w="1175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V-RAY FOR SKETCHUP</w:t>
            </w:r>
          </w:p>
        </w:tc>
        <w:tc>
          <w:tcPr>
            <w:tcW w:type="dxa" w:w="101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CONECTORES OK</w:t>
            </w:r>
          </w:p>
        </w:tc>
        <w:tc>
          <w:tcPr>
            <w:tcW w:type="dxa" w:w="94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DATA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Estação 02</w:t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Ana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2025, 2026</w:t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Corona 12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2025, 2026</w:t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Sim</w:t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Sim</w:t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14/10/2026</w:t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7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4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color w:val="9A9892"/>
        <w:sz w:val="14"/>
      </w:rPr>
      <w:t>GUIA DE INSTALAÇÃO DOS CONECTORES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instalação dos conectores</dc:title>
  <dc:subject>Instalar, conferir e manter os conectores em cada computador do escritório, e o que fazer quando o SketchUp ou o 3ds Max muda de versão.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